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BHUMIKA SHARMA</w:t>
      </w:r>
    </w:p>
    <w:p>
      <w:pPr>
        <w:jc w:val="center"/>
      </w:pPr>
      <w:r>
        <w:rPr>
          <w:i/>
          <w:sz w:val="24"/>
        </w:rPr>
        <w:t>Digital Marketing Executive</w:t>
      </w:r>
    </w:p>
    <w:p>
      <w:pPr>
        <w:jc w:val="center"/>
      </w:pPr>
      <w:r>
        <w:t>📱 7404568840   |   📧 bhumisharma0988@gmail.com</w:t>
      </w:r>
    </w:p>
    <w:p>
      <w:r>
        <w:t>——————————————————————————————————————————————————</w:t>
      </w:r>
    </w:p>
    <w:p>
      <w:pPr>
        <w:pStyle w:val="Heading2"/>
      </w:pPr>
      <w:r>
        <w:t>Profile Summary</w:t>
      </w:r>
    </w:p>
    <w:p>
      <w:r>
        <w:t>Performance-driven Digital Marketing Executive with 3.5+ years of experience in SEO, paid ads, and social media marketing. Expert in driving traffic, generating leads, and maximizing ROI through data-driven strategies across B2B and B2C campaigns.</w:t>
      </w:r>
    </w:p>
    <w:p>
      <w:pPr>
        <w:pStyle w:val="Heading2"/>
      </w:pPr>
      <w:r>
        <w:t>Professional Experience</w:t>
      </w:r>
    </w:p>
    <w:p>
      <w:r>
        <w:rPr>
          <w:b/>
        </w:rPr>
        <w:t>Digital Marketing Associate – VerveBot (2023 – Present)</w:t>
        <w:br/>
      </w:r>
    </w:p>
    <w:p>
      <w:r>
        <w:t>• Managed Google Ads &amp; Meta Ads campaigns</w:t>
      </w:r>
    </w:p>
    <w:p>
      <w:r>
        <w:t>• Website traffic increased by 72%</w:t>
      </w:r>
    </w:p>
    <w:p>
      <w:r>
        <w:t>• Conversion rate improved by 38%</w:t>
      </w:r>
    </w:p>
    <w:p>
      <w:r>
        <w:t>• Cost per lead reduced by 28%</w:t>
      </w:r>
    </w:p>
    <w:p>
      <w:r>
        <w:t>• Ranked 20+ keywords in Top 5 via SEO</w:t>
      </w:r>
    </w:p>
    <w:p>
      <w:r>
        <w:rPr>
          <w:b/>
        </w:rPr>
        <w:t>Digital Marketing Executive – Millionaire Track (2021 – 2023)</w:t>
        <w:br/>
      </w:r>
    </w:p>
    <w:p>
      <w:r>
        <w:t>• Organic traffic increased by 65%</w:t>
      </w:r>
    </w:p>
    <w:p>
      <w:r>
        <w:t>• Instagram engagement boosted by 120%</w:t>
      </w:r>
    </w:p>
    <w:p>
      <w:r>
        <w:t>• Leads increased by 45% via SMO campaigns</w:t>
      </w:r>
    </w:p>
    <w:p>
      <w:r>
        <w:t>• CTR improved from 2.1% to 5.8%</w:t>
      </w:r>
    </w:p>
    <w:p>
      <w:pPr>
        <w:pStyle w:val="Heading2"/>
      </w:pPr>
      <w:r>
        <w:t>Campaign Highlights</w:t>
      </w:r>
    </w:p>
    <w:p>
      <w:r>
        <w:rPr>
          <w:b/>
        </w:rPr>
        <w:t>🔥 Google Ads – Lead Generation</w:t>
      </w:r>
    </w:p>
    <w:p>
      <w:r>
        <w:t>• Budget: ₹50,000/month | Leads: 420+ | Conversion Rate: 42%</w:t>
      </w:r>
    </w:p>
    <w:p>
      <w:r>
        <w:t>• CPC reduced by 40% | ROI: 3.5X | Traffic +68%</w:t>
      </w:r>
    </w:p>
    <w:p>
      <w:r>
        <w:rPr>
          <w:b/>
        </w:rPr>
        <w:t>📱 Meta Ads – Brand Awareness</w:t>
      </w:r>
    </w:p>
    <w:p>
      <w:r>
        <w:t>• Reach: 2.5L+ | Engagement +95% | Followers +3,200</w:t>
      </w:r>
    </w:p>
    <w:p>
      <w:r>
        <w:t>• Reel views +180% | Profile visits +75%</w:t>
      </w:r>
    </w:p>
    <w:p>
      <w:r>
        <w:rPr>
          <w:b/>
        </w:rPr>
        <w:t>🧠 SEO Project – Organic Growth</w:t>
      </w:r>
    </w:p>
    <w:p>
      <w:r>
        <w:t>• Organic traffic +82% in 3 months</w:t>
      </w:r>
    </w:p>
    <w:p>
      <w:r>
        <w:t>• 35 keywords ranked in Top 10 | DA +12</w:t>
      </w:r>
    </w:p>
    <w:p>
      <w:pPr>
        <w:pStyle w:val="Heading2"/>
      </w:pPr>
      <w:r>
        <w:t>Skills &amp; Expertise</w:t>
      </w:r>
    </w:p>
    <w:p>
      <w:r>
        <w:t>Google Ads • Meta Ads • SEO • Social Media Marketing • Content Strategy • Analytics • A/B Testing</w:t>
      </w:r>
    </w:p>
    <w:p>
      <w:pPr>
        <w:pStyle w:val="Heading2"/>
      </w:pPr>
      <w:r>
        <w:t>Tools</w:t>
      </w:r>
    </w:p>
    <w:p>
      <w:r>
        <w:t>Google Ads Manager • Meta Ads Manager • Google Analytics • SEMrush • Ahrefs • Canva • CapCut • WordPress</w:t>
      </w:r>
    </w:p>
    <w:p>
      <w:pPr>
        <w:pStyle w:val="Heading2"/>
      </w:pPr>
      <w:r>
        <w:t>Languages</w:t>
      </w:r>
    </w:p>
    <w:p>
      <w:r>
        <w:t>English (Advanced) • Hindi (Fluent) • Japanese (Basic)</w:t>
      </w:r>
    </w:p>
    <w:sectPr w:rsidR="00FC693F" w:rsidRPr="0006063C" w:rsidSect="00034616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